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093"/>
        <w:gridCol w:w="4144"/>
      </w:tblGrid>
      <w:tr w:rsidR="009E0007" w14:paraId="5CB13B38" w14:textId="77777777" w:rsidTr="00630AA1">
        <w:trPr>
          <w:trHeight w:val="557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6D23EE8" w14:textId="77777777" w:rsidR="009E0007" w:rsidRDefault="00BC49CC" w:rsidP="00630AA1">
            <w:pPr>
              <w:jc w:val="center"/>
            </w:pPr>
            <w:r>
              <w:t>氏　名</w:t>
            </w:r>
          </w:p>
        </w:tc>
        <w:tc>
          <w:tcPr>
            <w:tcW w:w="4144" w:type="dxa"/>
          </w:tcPr>
          <w:p w14:paraId="4AC402EE" w14:textId="77777777" w:rsidR="009E0007" w:rsidRDefault="009E0007"/>
        </w:tc>
      </w:tr>
    </w:tbl>
    <w:p w14:paraId="1639AAF0" w14:textId="77777777" w:rsidR="009E0007" w:rsidRDefault="009E0007"/>
    <w:p w14:paraId="3D5F79A0" w14:textId="77777777" w:rsidR="009E0007" w:rsidRDefault="00BC49CC">
      <w:pPr>
        <w:rPr>
          <w:lang w:eastAsia="ja-JP"/>
        </w:rPr>
      </w:pPr>
      <w:r>
        <w:rPr>
          <w:b/>
          <w:sz w:val="28"/>
          <w:lang w:eastAsia="ja-JP"/>
        </w:rPr>
        <w:t>【志望理由および自己ＰＲ】</w:t>
      </w:r>
    </w:p>
    <w:p w14:paraId="12C9D10F" w14:textId="6571BD41" w:rsidR="009E0007" w:rsidRDefault="00BC49CC">
      <w:pPr>
        <w:rPr>
          <w:lang w:eastAsia="ja-JP"/>
        </w:rPr>
      </w:pPr>
      <w:r>
        <w:rPr>
          <w:sz w:val="20"/>
          <w:lang w:eastAsia="ja-JP"/>
        </w:rPr>
        <w:t>以下の</w:t>
      </w:r>
      <w:r w:rsidR="00630AA1">
        <w:rPr>
          <w:rFonts w:hint="eastAsia"/>
          <w:sz w:val="20"/>
          <w:lang w:eastAsia="ja-JP"/>
        </w:rPr>
        <w:t>２つ</w:t>
      </w:r>
      <w:r>
        <w:rPr>
          <w:sz w:val="20"/>
          <w:lang w:eastAsia="ja-JP"/>
        </w:rPr>
        <w:t>課題</w:t>
      </w:r>
      <w:r w:rsidR="00630AA1">
        <w:rPr>
          <w:rFonts w:hint="eastAsia"/>
          <w:sz w:val="20"/>
          <w:lang w:eastAsia="ja-JP"/>
        </w:rPr>
        <w:t>について、</w:t>
      </w:r>
      <w:r>
        <w:rPr>
          <w:sz w:val="20"/>
          <w:lang w:eastAsia="ja-JP"/>
        </w:rPr>
        <w:t>あなたの考えを書いてください。</w:t>
      </w:r>
      <w:r>
        <w:rPr>
          <w:sz w:val="20"/>
          <w:lang w:eastAsia="ja-JP"/>
        </w:rPr>
        <w:br/>
      </w:r>
      <w:r>
        <w:rPr>
          <w:sz w:val="20"/>
          <w:lang w:eastAsia="ja-JP"/>
        </w:rPr>
        <w:t>学校での活動だけでなく、学校外での活動を含めても構いません。</w:t>
      </w:r>
      <w:r>
        <w:rPr>
          <w:sz w:val="20"/>
          <w:lang w:eastAsia="ja-JP"/>
        </w:rPr>
        <w:br/>
        <w:t>※</w:t>
      </w:r>
      <w:r>
        <w:rPr>
          <w:sz w:val="20"/>
          <w:lang w:eastAsia="ja-JP"/>
        </w:rPr>
        <w:t>受験生本人による直筆のこと。各課題とも、</w:t>
      </w:r>
      <w:r>
        <w:rPr>
          <w:sz w:val="20"/>
          <w:lang w:eastAsia="ja-JP"/>
        </w:rPr>
        <w:t>300</w:t>
      </w:r>
      <w:r>
        <w:rPr>
          <w:sz w:val="20"/>
          <w:lang w:eastAsia="ja-JP"/>
        </w:rPr>
        <w:t>〜</w:t>
      </w:r>
      <w:r>
        <w:rPr>
          <w:sz w:val="20"/>
          <w:lang w:eastAsia="ja-JP"/>
        </w:rPr>
        <w:t>400</w:t>
      </w:r>
      <w:r>
        <w:rPr>
          <w:sz w:val="20"/>
          <w:lang w:eastAsia="ja-JP"/>
        </w:rPr>
        <w:t>文字程度を目安に記入してください。</w:t>
      </w:r>
    </w:p>
    <w:p w14:paraId="2065D9A4" w14:textId="3F2FAA2D" w:rsidR="007903DA" w:rsidRDefault="007903DA" w:rsidP="007903DA">
      <w:pPr>
        <w:spacing w:after="0"/>
        <w:rPr>
          <w:b/>
          <w:lang w:eastAsia="ja-JP"/>
        </w:rPr>
      </w:pPr>
      <w:r>
        <w:rPr>
          <w:rFonts w:hint="eastAsia"/>
          <w:b/>
          <w:lang w:eastAsia="ja-JP"/>
        </w:rPr>
        <w:t>（志望理由）</w:t>
      </w:r>
    </w:p>
    <w:p w14:paraId="589F5DFF" w14:textId="1E5AE73D" w:rsidR="009E0007" w:rsidRDefault="00BC49CC" w:rsidP="007903DA">
      <w:pPr>
        <w:spacing w:after="0"/>
        <w:rPr>
          <w:lang w:eastAsia="ja-JP"/>
        </w:rPr>
      </w:pPr>
      <w:r>
        <w:rPr>
          <w:b/>
          <w:lang w:eastAsia="ja-JP"/>
        </w:rPr>
        <w:t>課題１　久米島高校を志望した理由</w:t>
      </w:r>
    </w:p>
    <w:p w14:paraId="74E5F652" w14:textId="77777777" w:rsidR="009E0007" w:rsidRDefault="00BC49CC">
      <w:pPr>
        <w:rPr>
          <w:lang w:eastAsia="ja-JP"/>
        </w:rPr>
      </w:pPr>
      <w:r>
        <w:rPr>
          <w:sz w:val="20"/>
          <w:lang w:eastAsia="ja-JP"/>
        </w:rPr>
        <w:t>あなたが久米島高校を志望する理由や、久米島で学びたいことについて具体的に書いてください。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9E0007" w14:paraId="4BC69FA5" w14:textId="77777777">
        <w:tc>
          <w:tcPr>
            <w:tcW w:w="9972" w:type="dxa"/>
          </w:tcPr>
          <w:p w14:paraId="35279D34" w14:textId="77777777" w:rsidR="009E0007" w:rsidRDefault="00BC49CC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</w:p>
        </w:tc>
      </w:tr>
    </w:tbl>
    <w:p w14:paraId="1DE748EC" w14:textId="77777777" w:rsidR="009E0007" w:rsidRDefault="009E0007">
      <w:pPr>
        <w:rPr>
          <w:lang w:eastAsia="ja-JP"/>
        </w:rPr>
      </w:pPr>
    </w:p>
    <w:p w14:paraId="40A4BF25" w14:textId="77777777" w:rsidR="00630AA1" w:rsidRDefault="00630AA1">
      <w:pPr>
        <w:rPr>
          <w:b/>
          <w:lang w:eastAsia="ja-JP"/>
        </w:rPr>
      </w:pPr>
    </w:p>
    <w:p w14:paraId="0BEE08B1" w14:textId="77777777" w:rsidR="00630AA1" w:rsidRDefault="00630AA1">
      <w:pPr>
        <w:rPr>
          <w:b/>
          <w:lang w:eastAsia="ja-JP"/>
        </w:rPr>
      </w:pPr>
    </w:p>
    <w:p w14:paraId="5A651B37" w14:textId="77777777" w:rsidR="00630AA1" w:rsidRDefault="00630AA1">
      <w:pPr>
        <w:rPr>
          <w:b/>
          <w:lang w:eastAsia="ja-JP"/>
        </w:rPr>
      </w:pPr>
    </w:p>
    <w:p w14:paraId="5B22C353" w14:textId="77777777" w:rsidR="00630AA1" w:rsidRDefault="00630AA1">
      <w:pPr>
        <w:rPr>
          <w:b/>
          <w:lang w:eastAsia="ja-JP"/>
        </w:rPr>
      </w:pPr>
    </w:p>
    <w:p w14:paraId="6B073019" w14:textId="6E0BD251" w:rsidR="00630AA1" w:rsidRDefault="00630AA1">
      <w:pPr>
        <w:rPr>
          <w:b/>
          <w:lang w:eastAsia="ja-JP"/>
        </w:rPr>
      </w:pPr>
    </w:p>
    <w:p w14:paraId="56905892" w14:textId="77777777" w:rsidR="007903DA" w:rsidRDefault="007903DA">
      <w:pPr>
        <w:rPr>
          <w:rFonts w:hint="eastAsia"/>
          <w:b/>
          <w:lang w:eastAsia="ja-JP"/>
        </w:rPr>
      </w:pPr>
    </w:p>
    <w:p w14:paraId="0ECD8C9F" w14:textId="7AA2CFA6" w:rsidR="00630AA1" w:rsidRDefault="00630AA1">
      <w:pPr>
        <w:rPr>
          <w:b/>
          <w:lang w:eastAsia="ja-JP"/>
        </w:rPr>
      </w:pPr>
    </w:p>
    <w:p w14:paraId="7DA22A3E" w14:textId="12C49E42" w:rsidR="007903DA" w:rsidRPr="007903DA" w:rsidRDefault="007903DA" w:rsidP="007903DA">
      <w:pPr>
        <w:spacing w:after="0"/>
        <w:rPr>
          <w:b/>
          <w:lang w:eastAsia="ja-JP"/>
        </w:rPr>
      </w:pPr>
      <w:r>
        <w:rPr>
          <w:rFonts w:hint="eastAsia"/>
          <w:b/>
          <w:lang w:eastAsia="ja-JP"/>
        </w:rPr>
        <w:lastRenderedPageBreak/>
        <w:t>（自己ＰＲ）</w:t>
      </w:r>
    </w:p>
    <w:p w14:paraId="4CE54041" w14:textId="22A0607C" w:rsidR="009E0007" w:rsidRDefault="00BC49CC">
      <w:pPr>
        <w:rPr>
          <w:lang w:eastAsia="ja-JP"/>
        </w:rPr>
      </w:pPr>
      <w:r>
        <w:rPr>
          <w:b/>
          <w:lang w:eastAsia="ja-JP"/>
        </w:rPr>
        <w:t>課題２　久米島高校での生活について</w:t>
      </w:r>
    </w:p>
    <w:p w14:paraId="11DED223" w14:textId="77777777" w:rsidR="009E0007" w:rsidRDefault="00BC49CC">
      <w:pPr>
        <w:rPr>
          <w:lang w:eastAsia="ja-JP"/>
        </w:rPr>
      </w:pPr>
      <w:r>
        <w:rPr>
          <w:sz w:val="20"/>
          <w:lang w:eastAsia="ja-JP"/>
        </w:rPr>
        <w:t>久米島高校には全国から留学生や地元の生徒など、色々な人がいます。あなたは自分のどんなところ（性格や趣味など）を知ってもらい、周りの友達とどんな高校生活を楽しみたいですか。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972"/>
      </w:tblGrid>
      <w:tr w:rsidR="009E0007" w14:paraId="50E0FCB7" w14:textId="77777777">
        <w:tc>
          <w:tcPr>
            <w:tcW w:w="9972" w:type="dxa"/>
          </w:tcPr>
          <w:p w14:paraId="2C3037FF" w14:textId="77777777" w:rsidR="009E0007" w:rsidRDefault="00BC49CC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bookmarkStart w:id="0" w:name="_GoBack"/>
            <w:bookmarkEnd w:id="0"/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</w:r>
          </w:p>
        </w:tc>
      </w:tr>
    </w:tbl>
    <w:p w14:paraId="624BD278" w14:textId="77777777" w:rsidR="00D6095F" w:rsidRDefault="00D6095F">
      <w:pPr>
        <w:rPr>
          <w:lang w:eastAsia="ja-JP"/>
        </w:rPr>
      </w:pPr>
    </w:p>
    <w:sectPr w:rsidR="00D6095F" w:rsidSect="00034616">
      <w:headerReference w:type="default" r:id="rId7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0ABC9" w14:textId="77777777" w:rsidR="00BC49CC" w:rsidRDefault="00BC49CC" w:rsidP="007903DA">
      <w:pPr>
        <w:spacing w:after="0" w:line="240" w:lineRule="auto"/>
      </w:pPr>
      <w:r>
        <w:separator/>
      </w:r>
    </w:p>
  </w:endnote>
  <w:endnote w:type="continuationSeparator" w:id="0">
    <w:p w14:paraId="78BB8C47" w14:textId="77777777" w:rsidR="00BC49CC" w:rsidRDefault="00BC49CC" w:rsidP="0079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D2465" w14:textId="77777777" w:rsidR="00BC49CC" w:rsidRDefault="00BC49CC" w:rsidP="007903DA">
      <w:pPr>
        <w:spacing w:after="0" w:line="240" w:lineRule="auto"/>
      </w:pPr>
      <w:r>
        <w:separator/>
      </w:r>
    </w:p>
  </w:footnote>
  <w:footnote w:type="continuationSeparator" w:id="0">
    <w:p w14:paraId="5FA5F18B" w14:textId="77777777" w:rsidR="00BC49CC" w:rsidRDefault="00BC49CC" w:rsidP="00790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7BF43" w14:textId="342F8700" w:rsidR="007903DA" w:rsidRDefault="007903DA" w:rsidP="007903DA">
    <w:pPr>
      <w:pStyle w:val="a5"/>
      <w:tabs>
        <w:tab w:val="clear" w:pos="4680"/>
        <w:tab w:val="clear" w:pos="9360"/>
      </w:tabs>
      <w:rPr>
        <w:rFonts w:hint="eastAsia"/>
        <w:lang w:eastAsia="ja-JP"/>
      </w:rPr>
    </w:pPr>
    <w:r>
      <w:rPr>
        <w:rFonts w:hint="eastAsia"/>
        <w:lang w:eastAsia="ja-JP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30AA1"/>
    <w:rsid w:val="007903DA"/>
    <w:rsid w:val="009E0007"/>
    <w:rsid w:val="00AA1D8D"/>
    <w:rsid w:val="00B47730"/>
    <w:rsid w:val="00BC49CC"/>
    <w:rsid w:val="00CB0664"/>
    <w:rsid w:val="00D6095F"/>
    <w:rsid w:val="00EA0B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E0B28F"/>
  <w14:defaultImageDpi w14:val="300"/>
  <w15:docId w15:val="{73CDFEE9-22D7-4AB6-86D4-E085B7B0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天久正樹</cp:lastModifiedBy>
  <cp:revision>4</cp:revision>
  <dcterms:created xsi:type="dcterms:W3CDTF">2013-12-23T23:15:00Z</dcterms:created>
  <dcterms:modified xsi:type="dcterms:W3CDTF">2026-10-15T06:02:00Z</dcterms:modified>
  <cp:category/>
</cp:coreProperties>
</file>